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91FC" w14:textId="77777777" w:rsidR="00653465" w:rsidRDefault="00E830CB">
      <w:pPr>
        <w:pStyle w:val="TitleGreen"/>
        <w:jc w:val="center"/>
      </w:pPr>
      <w:r>
        <w:t>Vorlage zur Ausarbeitung deiner Idee</w:t>
      </w:r>
    </w:p>
    <w:p w14:paraId="6CCE382D" w14:textId="77777777" w:rsidR="00653465" w:rsidRDefault="00E830CB">
      <w:pPr>
        <w:pStyle w:val="SubtitleGreen"/>
        <w:jc w:val="center"/>
      </w:pPr>
      <w:r>
        <w:t>Ideenwettbewerb Naturpark Almenland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8"/>
      </w:tblGrid>
      <w:tr w:rsidR="00653465" w14:paraId="52BE883F" w14:textId="77777777">
        <w:trPr>
          <w:jc w:val="center"/>
        </w:trPr>
        <w:tc>
          <w:tcPr>
            <w:tcW w:w="9978" w:type="dxa"/>
            <w:tcBorders>
              <w:top w:val="single" w:sz="8" w:space="0" w:color="B7D2B1"/>
              <w:left w:val="single" w:sz="8" w:space="0" w:color="B7D2B1"/>
              <w:bottom w:val="single" w:sz="8" w:space="0" w:color="B7D2B1"/>
              <w:right w:val="single" w:sz="8" w:space="0" w:color="B7D2B1"/>
            </w:tcBorders>
            <w:shd w:val="clear" w:color="auto" w:fill="EAF3E8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3E4E0910" w14:textId="77777777" w:rsidR="00653465" w:rsidRDefault="00E830CB">
            <w:r>
              <w:t>Diese Vorlage ist für die detaillierte Erklärung deiner Idee gedacht. Sie ersetzt nicht die kurze Online-Abfrage, sondern hilft dir, Umsetzung, Finanzierung, Wirkung und mögliche nächste Schritte besser darzustellen. Du musst nicht alles perfekt beantworten - fülle einfach jene Punkte aus, die zu deiner Idee passen.</w:t>
            </w:r>
          </w:p>
        </w:tc>
      </w:tr>
    </w:tbl>
    <w:p w14:paraId="727DC621" w14:textId="77777777" w:rsidR="00653465" w:rsidRDefault="00653465">
      <w:pPr>
        <w:spacing w:after="40"/>
      </w:pPr>
    </w:p>
    <w:p w14:paraId="5E26D9BF" w14:textId="77777777" w:rsidR="00653465" w:rsidRDefault="00E830CB">
      <w:pPr>
        <w:pStyle w:val="Heading2Custom"/>
        <w:keepNext/>
      </w:pPr>
      <w:r>
        <w:t>Arbeitstitel der Idee</w:t>
      </w:r>
    </w:p>
    <w:p w14:paraId="137C54AC" w14:textId="77777777" w:rsidR="00653465" w:rsidRDefault="00E830CB">
      <w:pPr>
        <w:pStyle w:val="SmallHint"/>
        <w:keepNext/>
      </w:pPr>
      <w:r>
        <w:t>Gib deiner Idee einen kurzen Namen. Der Titel muss noch nicht endgültig sein.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731C5D02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C90D9F" w14:textId="77777777" w:rsidR="00653465" w:rsidRDefault="00E830CB">
            <w:pPr>
              <w:pStyle w:val="Placeholder"/>
            </w:pPr>
            <w:r>
              <w:t>Arbeitstitel hier eintragen ...</w:t>
            </w:r>
          </w:p>
        </w:tc>
      </w:tr>
    </w:tbl>
    <w:p w14:paraId="2229042C" w14:textId="77777777" w:rsidR="00653465" w:rsidRDefault="00653465">
      <w:pPr>
        <w:spacing w:after="20"/>
      </w:pPr>
    </w:p>
    <w:p w14:paraId="1A91DBEF" w14:textId="77777777" w:rsidR="00653465" w:rsidRDefault="00E830CB">
      <w:pPr>
        <w:pStyle w:val="Heading1Custom"/>
        <w:keepNext/>
      </w:pPr>
      <w:r>
        <w:t>1. Ausgangslage und Bedarf</w:t>
      </w:r>
    </w:p>
    <w:p w14:paraId="68AF3265" w14:textId="77777777" w:rsidR="00653465" w:rsidRDefault="00E830CB">
      <w:pPr>
        <w:pStyle w:val="SmallHint"/>
        <w:keepNext/>
      </w:pPr>
      <w:r>
        <w:t>Beschreibe, welche Situation im Naturpark Almenland verbessert werden soll und warum deine Idee hier ansetzt.</w:t>
      </w:r>
    </w:p>
    <w:p w14:paraId="242D2CFA" w14:textId="77777777" w:rsidR="00653465" w:rsidRDefault="00E830CB">
      <w:pPr>
        <w:pStyle w:val="Heading2Custom"/>
        <w:keepNext/>
      </w:pPr>
      <w:r>
        <w:t>Welche Situation soll verbessert werden?</w:t>
      </w:r>
    </w:p>
    <w:p w14:paraId="742335F4" w14:textId="77777777" w:rsidR="00653465" w:rsidRDefault="00E830CB">
      <w:pPr>
        <w:pStyle w:val="SmallHint"/>
        <w:keepNext/>
      </w:pPr>
      <w:r>
        <w:t>Zum Beispiel: Ein Angebot fehlt, bestehende Infrastruktur wird zu wenig genutzt, Menschen/Betriebe/Vereine brauchen Unterstützung oder eine regionale Stärke könnte besser genutzt werden.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62BCB555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D9C842" w14:textId="77777777" w:rsidR="00653465" w:rsidRDefault="00E830CB">
            <w:pPr>
              <w:pStyle w:val="Placeholder"/>
            </w:pPr>
            <w:r>
              <w:t>Kurz beschreiben, welches Problem, welche Chance oder welcher Bedarf erkennbar ist ...</w:t>
            </w:r>
          </w:p>
          <w:p w14:paraId="0EE42DC6" w14:textId="77777777" w:rsidR="00653465" w:rsidRDefault="00653465">
            <w:pPr>
              <w:pStyle w:val="Placeholder"/>
            </w:pPr>
          </w:p>
        </w:tc>
      </w:tr>
    </w:tbl>
    <w:p w14:paraId="7C8564C1" w14:textId="77777777" w:rsidR="00653465" w:rsidRDefault="00653465">
      <w:pPr>
        <w:spacing w:after="20"/>
      </w:pPr>
    </w:p>
    <w:p w14:paraId="24772904" w14:textId="77777777" w:rsidR="00653465" w:rsidRDefault="00E830CB">
      <w:pPr>
        <w:pStyle w:val="Heading2Custom"/>
        <w:keepNext/>
      </w:pPr>
      <w:r>
        <w:t>Woran merkt man, dass es Bedarf gibt?</w:t>
      </w:r>
    </w:p>
    <w:p w14:paraId="0A6D3D52" w14:textId="77777777" w:rsidR="00653465" w:rsidRDefault="00E830CB">
      <w:pPr>
        <w:pStyle w:val="SmallHint"/>
        <w:keepNext/>
      </w:pPr>
      <w:r>
        <w:t>Gibt es Beobachtungen, Erfahrungen, Gespräche, Rückmeldungen, Zahlen oder Beispiele?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03CE5620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D6357A" w14:textId="77777777" w:rsidR="00653465" w:rsidRDefault="00E830CB">
            <w:pPr>
              <w:pStyle w:val="Placeholder"/>
            </w:pPr>
            <w:r>
              <w:t>Hinweise auf den Bedarf eintragen ...</w:t>
            </w:r>
          </w:p>
        </w:tc>
      </w:tr>
    </w:tbl>
    <w:p w14:paraId="1DCAC412" w14:textId="77777777" w:rsidR="00653465" w:rsidRDefault="00653465">
      <w:pPr>
        <w:spacing w:after="20"/>
      </w:pPr>
    </w:p>
    <w:p w14:paraId="06D0B418" w14:textId="77777777" w:rsidR="00653465" w:rsidRDefault="00E830CB">
      <w:pPr>
        <w:pStyle w:val="Heading1Custom"/>
        <w:keepNext/>
      </w:pPr>
      <w:r>
        <w:t>2. Zielbild der Idee</w:t>
      </w:r>
    </w:p>
    <w:p w14:paraId="0F99B01F" w14:textId="77777777" w:rsidR="00653465" w:rsidRDefault="00E830CB">
      <w:pPr>
        <w:pStyle w:val="SmallHint"/>
        <w:keepNext/>
      </w:pPr>
      <w:r>
        <w:t>Was soll am Ende anders, besser oder einfacher sein?</w:t>
      </w:r>
    </w:p>
    <w:p w14:paraId="16065FF8" w14:textId="77777777" w:rsidR="00653465" w:rsidRDefault="00E830CB">
      <w:pPr>
        <w:pStyle w:val="Heading2Custom"/>
        <w:keepNext/>
      </w:pPr>
      <w:r>
        <w:t>Was soll mit deiner Idee erreicht werden?</w:t>
      </w:r>
    </w:p>
    <w:p w14:paraId="0D9C643F" w14:textId="77777777" w:rsidR="00653465" w:rsidRDefault="00E830CB">
      <w:pPr>
        <w:pStyle w:val="SmallHint"/>
        <w:keepNext/>
      </w:pPr>
      <w:r>
        <w:t>Formuliere möglichst konkret, was entstehen, verbessert, vernetzt, getestet oder dauerhaft angeboten werden soll.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579E8863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BE6C60" w14:textId="77777777" w:rsidR="00653465" w:rsidRDefault="00E830CB">
            <w:pPr>
              <w:pStyle w:val="Placeholder"/>
            </w:pPr>
            <w:r>
              <w:t>Ziel der Idee beschreiben ...</w:t>
            </w:r>
          </w:p>
          <w:p w14:paraId="7B506E25" w14:textId="77777777" w:rsidR="00653465" w:rsidRDefault="00653465">
            <w:pPr>
              <w:pStyle w:val="Placeholder"/>
            </w:pPr>
          </w:p>
        </w:tc>
      </w:tr>
    </w:tbl>
    <w:p w14:paraId="77E31D0C" w14:textId="77777777" w:rsidR="00653465" w:rsidRDefault="00653465">
      <w:pPr>
        <w:spacing w:after="20"/>
      </w:pPr>
    </w:p>
    <w:p w14:paraId="5EDE4274" w14:textId="77777777" w:rsidR="00653465" w:rsidRDefault="00E830CB">
      <w:pPr>
        <w:pStyle w:val="Heading2Custom"/>
        <w:keepNext/>
      </w:pPr>
      <w:r>
        <w:t>Woran erkennt man, dass die Idee funktioniert?</w:t>
      </w:r>
    </w:p>
    <w:p w14:paraId="0FA847F7" w14:textId="77777777" w:rsidR="00653465" w:rsidRDefault="00E830CB">
      <w:pPr>
        <w:pStyle w:val="SmallHint"/>
        <w:keepNext/>
      </w:pPr>
      <w:r>
        <w:t>Beschreibe ein gelungenes Ergebnis aus Sicht der Menschen oder Organisationen, die davon profitieren.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600983B5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DD90D1" w14:textId="77777777" w:rsidR="00653465" w:rsidRDefault="00E830CB">
            <w:pPr>
              <w:pStyle w:val="Placeholder"/>
            </w:pPr>
            <w:r>
              <w:t>Erfolgskriterien oder gewünschte Wirkung eintragen ...</w:t>
            </w:r>
          </w:p>
        </w:tc>
      </w:tr>
    </w:tbl>
    <w:p w14:paraId="680E922A" w14:textId="77777777" w:rsidR="00653465" w:rsidRDefault="00653465">
      <w:pPr>
        <w:spacing w:after="20"/>
      </w:pPr>
    </w:p>
    <w:p w14:paraId="120A462E" w14:textId="77777777" w:rsidR="00653465" w:rsidRDefault="00E830CB">
      <w:pPr>
        <w:pStyle w:val="Heading1Custom"/>
        <w:keepNext/>
      </w:pPr>
      <w:r>
        <w:t>3. Wirkung und Nutzen</w:t>
      </w:r>
    </w:p>
    <w:p w14:paraId="2F32FBEC" w14:textId="77777777" w:rsidR="00653465" w:rsidRDefault="00E830CB">
      <w:pPr>
        <w:pStyle w:val="SmallHint"/>
        <w:keepNext/>
      </w:pPr>
      <w:r>
        <w:t>Hier geht es um den Mehrwert für den Naturpark Almenland.</w:t>
      </w:r>
    </w:p>
    <w:p w14:paraId="51F762D4" w14:textId="77777777" w:rsidR="00653465" w:rsidRDefault="00E830CB">
      <w:pPr>
        <w:pStyle w:val="Heading2Custom"/>
        <w:keepNext/>
      </w:pPr>
      <w:r>
        <w:t>Nutzen für Menschen in der Region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34BAEEC2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972D8B" w14:textId="77777777" w:rsidR="00653465" w:rsidRDefault="00E830CB">
            <w:pPr>
              <w:pStyle w:val="Placeholder"/>
            </w:pPr>
            <w:r>
              <w:t>Welche Menschen profitieren wie?</w:t>
            </w:r>
          </w:p>
        </w:tc>
      </w:tr>
    </w:tbl>
    <w:p w14:paraId="02666A56" w14:textId="77777777" w:rsidR="00653465" w:rsidRDefault="00653465">
      <w:pPr>
        <w:spacing w:after="20"/>
      </w:pPr>
    </w:p>
    <w:p w14:paraId="2E0A2143" w14:textId="77777777" w:rsidR="00653465" w:rsidRDefault="00E830CB">
      <w:pPr>
        <w:pStyle w:val="Heading2Custom"/>
        <w:keepNext/>
      </w:pPr>
      <w:r>
        <w:t>Nutzen für Betriebe, Vereine, Gemeinden oder Zusammenarbeit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14A50BE2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5AACDC6" w14:textId="77777777" w:rsidR="00653465" w:rsidRDefault="00E830CB">
            <w:pPr>
              <w:pStyle w:val="Placeholder"/>
            </w:pPr>
            <w:r>
              <w:t>Welche wirtschaftlichen, sozialen oder organisatorischen Vorteile könnten entstehen?</w:t>
            </w:r>
          </w:p>
        </w:tc>
      </w:tr>
    </w:tbl>
    <w:p w14:paraId="1AC5A69C" w14:textId="77777777" w:rsidR="00653465" w:rsidRDefault="00653465">
      <w:pPr>
        <w:spacing w:after="20"/>
      </w:pPr>
    </w:p>
    <w:p w14:paraId="2B95696B" w14:textId="77777777" w:rsidR="00653465" w:rsidRDefault="00E830CB">
      <w:pPr>
        <w:pStyle w:val="Heading2Custom"/>
        <w:keepNext/>
      </w:pPr>
      <w:r>
        <w:lastRenderedPageBreak/>
        <w:t>Nutzen für Gäste, Tourismus, Natur oder Nachhaltigkeit</w:t>
      </w:r>
    </w:p>
    <w:p w14:paraId="1DF9F0EF" w14:textId="77777777" w:rsidR="00653465" w:rsidRDefault="00E830CB">
      <w:pPr>
        <w:pStyle w:val="SmallHint"/>
        <w:keepNext/>
      </w:pPr>
      <w:r>
        <w:t>Nur ausfüllen, wenn es für deine Idee passend ist.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52023A03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89CCA1B" w14:textId="77777777" w:rsidR="00653465" w:rsidRDefault="00E830CB">
            <w:pPr>
              <w:pStyle w:val="Placeholder"/>
            </w:pPr>
            <w:r>
              <w:t>Mögliche Wirkung in diesen Bereichen eintragen ...</w:t>
            </w:r>
          </w:p>
        </w:tc>
      </w:tr>
    </w:tbl>
    <w:p w14:paraId="3A785484" w14:textId="77777777" w:rsidR="00653465" w:rsidRDefault="00653465">
      <w:pPr>
        <w:spacing w:after="20"/>
      </w:pPr>
    </w:p>
    <w:p w14:paraId="354F141C" w14:textId="77777777" w:rsidR="00653465" w:rsidRDefault="00E830CB">
      <w:pPr>
        <w:pStyle w:val="Heading1Custom"/>
        <w:keepNext/>
      </w:pPr>
      <w:r>
        <w:t>4. Umsetzungsidee</w:t>
      </w:r>
    </w:p>
    <w:p w14:paraId="35C34CF1" w14:textId="77777777" w:rsidR="00653465" w:rsidRDefault="00E830CB">
      <w:pPr>
        <w:pStyle w:val="SmallHint"/>
        <w:keepNext/>
      </w:pPr>
      <w:r>
        <w:t>Überlege, wie aus der Idee ein erstes konkretes Projekt werden könnte.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324"/>
        <w:gridCol w:w="3322"/>
        <w:gridCol w:w="3322"/>
      </w:tblGrid>
      <w:tr w:rsidR="00653465" w14:paraId="54175804" w14:textId="77777777">
        <w:trPr>
          <w:jc w:val="center"/>
        </w:trPr>
        <w:tc>
          <w:tcPr>
            <w:tcW w:w="3326" w:type="dxa"/>
            <w:shd w:val="clear" w:color="auto" w:fill="D9E8D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6B7A11" w14:textId="77777777" w:rsidR="00653465" w:rsidRDefault="00E830CB">
            <w:r>
              <w:rPr>
                <w:b/>
              </w:rPr>
              <w:t>Umsetzungsschritt</w:t>
            </w:r>
          </w:p>
        </w:tc>
        <w:tc>
          <w:tcPr>
            <w:tcW w:w="3326" w:type="dxa"/>
            <w:shd w:val="clear" w:color="auto" w:fill="D9E8D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36A0B6" w14:textId="77777777" w:rsidR="00653465" w:rsidRDefault="00E830CB">
            <w:r>
              <w:rPr>
                <w:b/>
              </w:rPr>
              <w:t>Was ist zu tun?</w:t>
            </w:r>
          </w:p>
        </w:tc>
        <w:tc>
          <w:tcPr>
            <w:tcW w:w="3326" w:type="dxa"/>
            <w:shd w:val="clear" w:color="auto" w:fill="D9E8D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C04B59" w14:textId="77777777" w:rsidR="00653465" w:rsidRDefault="00E830CB">
            <w:r>
              <w:rPr>
                <w:b/>
              </w:rPr>
              <w:t>Wer könnte helfen?</w:t>
            </w:r>
          </w:p>
        </w:tc>
      </w:tr>
      <w:tr w:rsidR="00653465" w14:paraId="508CD099" w14:textId="77777777">
        <w:trPr>
          <w:jc w:val="center"/>
        </w:trPr>
        <w:tc>
          <w:tcPr>
            <w:tcW w:w="332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E98849F" w14:textId="77777777" w:rsidR="00653465" w:rsidRDefault="00E830CB">
            <w:pPr>
              <w:spacing w:after="0"/>
            </w:pPr>
            <w:r>
              <w:t>1. erster Schritt</w:t>
            </w:r>
          </w:p>
        </w:tc>
        <w:tc>
          <w:tcPr>
            <w:tcW w:w="332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248234" w14:textId="77777777" w:rsidR="00653465" w:rsidRDefault="00653465">
            <w:pPr>
              <w:spacing w:after="0"/>
            </w:pPr>
          </w:p>
        </w:tc>
        <w:tc>
          <w:tcPr>
            <w:tcW w:w="332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FA3F8CD" w14:textId="77777777" w:rsidR="00653465" w:rsidRDefault="00653465">
            <w:pPr>
              <w:spacing w:after="0"/>
            </w:pPr>
          </w:p>
        </w:tc>
      </w:tr>
      <w:tr w:rsidR="00653465" w14:paraId="2F580FF9" w14:textId="77777777">
        <w:trPr>
          <w:jc w:val="center"/>
        </w:trPr>
        <w:tc>
          <w:tcPr>
            <w:tcW w:w="332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2B6ECC" w14:textId="77777777" w:rsidR="00653465" w:rsidRDefault="00E830CB">
            <w:pPr>
              <w:spacing w:after="0"/>
            </w:pPr>
            <w:r>
              <w:t>2. nächster Schritt</w:t>
            </w:r>
          </w:p>
        </w:tc>
        <w:tc>
          <w:tcPr>
            <w:tcW w:w="332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46738F" w14:textId="77777777" w:rsidR="00653465" w:rsidRDefault="00653465">
            <w:pPr>
              <w:spacing w:after="0"/>
            </w:pPr>
          </w:p>
        </w:tc>
        <w:tc>
          <w:tcPr>
            <w:tcW w:w="332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FCBFA8E" w14:textId="77777777" w:rsidR="00653465" w:rsidRDefault="00653465">
            <w:pPr>
              <w:spacing w:after="0"/>
            </w:pPr>
          </w:p>
        </w:tc>
      </w:tr>
      <w:tr w:rsidR="00653465" w14:paraId="63936D46" w14:textId="77777777">
        <w:trPr>
          <w:jc w:val="center"/>
        </w:trPr>
        <w:tc>
          <w:tcPr>
            <w:tcW w:w="332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699CFF" w14:textId="77777777" w:rsidR="00653465" w:rsidRDefault="00E830CB">
            <w:pPr>
              <w:spacing w:after="0"/>
            </w:pPr>
            <w:r>
              <w:t>3. weiterer Schritt</w:t>
            </w:r>
          </w:p>
        </w:tc>
        <w:tc>
          <w:tcPr>
            <w:tcW w:w="332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B8BECC" w14:textId="77777777" w:rsidR="00653465" w:rsidRDefault="00653465">
            <w:pPr>
              <w:spacing w:after="0"/>
            </w:pPr>
          </w:p>
        </w:tc>
        <w:tc>
          <w:tcPr>
            <w:tcW w:w="332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7C81FC" w14:textId="77777777" w:rsidR="00653465" w:rsidRDefault="00653465">
            <w:pPr>
              <w:spacing w:after="0"/>
            </w:pPr>
          </w:p>
        </w:tc>
      </w:tr>
      <w:tr w:rsidR="00653465" w14:paraId="7FE5D4F2" w14:textId="77777777">
        <w:trPr>
          <w:jc w:val="center"/>
        </w:trPr>
        <w:tc>
          <w:tcPr>
            <w:tcW w:w="332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D3F045" w14:textId="77777777" w:rsidR="00653465" w:rsidRDefault="00E830CB">
            <w:pPr>
              <w:spacing w:after="0"/>
            </w:pPr>
            <w:r>
              <w:t>4. späterer Schritt</w:t>
            </w:r>
          </w:p>
        </w:tc>
        <w:tc>
          <w:tcPr>
            <w:tcW w:w="332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2B558BD" w14:textId="77777777" w:rsidR="00653465" w:rsidRDefault="00653465">
            <w:pPr>
              <w:spacing w:after="0"/>
            </w:pPr>
          </w:p>
        </w:tc>
        <w:tc>
          <w:tcPr>
            <w:tcW w:w="332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21A240D" w14:textId="77777777" w:rsidR="00653465" w:rsidRDefault="00653465">
            <w:pPr>
              <w:spacing w:after="0"/>
            </w:pPr>
          </w:p>
        </w:tc>
      </w:tr>
    </w:tbl>
    <w:p w14:paraId="2F273A08" w14:textId="77777777" w:rsidR="00653465" w:rsidRDefault="00653465"/>
    <w:p w14:paraId="0EEA10F6" w14:textId="77777777" w:rsidR="00653465" w:rsidRDefault="00E830CB">
      <w:pPr>
        <w:pStyle w:val="Heading2Custom"/>
        <w:keepNext/>
      </w:pPr>
      <w:r>
        <w:t>Was wäre der einfachste erste Schritt?</w:t>
      </w:r>
    </w:p>
    <w:p w14:paraId="44996EDB" w14:textId="77777777" w:rsidR="00653465" w:rsidRDefault="00E830CB">
      <w:pPr>
        <w:pStyle w:val="SmallHint"/>
        <w:keepNext/>
      </w:pPr>
      <w:r>
        <w:t>Viele gute Projekte starten klein: mit einem Testtag, einer Pilotgemeinde, einem Workshop, einem Prototyp oder einer Kooperation.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75586805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D3E97F5" w14:textId="77777777" w:rsidR="00653465" w:rsidRDefault="00E830CB">
            <w:pPr>
              <w:pStyle w:val="Placeholder"/>
            </w:pPr>
            <w:r>
              <w:t>Ersten kleinen Umsetzungsschritt beschreiben ...</w:t>
            </w:r>
          </w:p>
        </w:tc>
      </w:tr>
    </w:tbl>
    <w:p w14:paraId="5B9B75BC" w14:textId="77777777" w:rsidR="00653465" w:rsidRDefault="00653465">
      <w:pPr>
        <w:spacing w:after="20"/>
      </w:pPr>
    </w:p>
    <w:p w14:paraId="7600991E" w14:textId="77777777" w:rsidR="00653465" w:rsidRDefault="00E830CB">
      <w:pPr>
        <w:pStyle w:val="Heading1Custom"/>
        <w:keepNext/>
      </w:pPr>
      <w:r>
        <w:t>5. Partner:innen und Trägerschaft</w:t>
      </w:r>
    </w:p>
    <w:p w14:paraId="0FFEFC5A" w14:textId="77777777" w:rsidR="00653465" w:rsidRDefault="00E830CB">
      <w:pPr>
        <w:pStyle w:val="SmallHint"/>
        <w:keepNext/>
      </w:pPr>
      <w:r>
        <w:t>Welche Menschen und Organisationen könnten mithelfen oder Verantwortung übernehmen?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89"/>
        <w:gridCol w:w="4989"/>
      </w:tblGrid>
      <w:tr w:rsidR="00653465" w14:paraId="7E58739C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4423C443" w14:textId="77777777" w:rsidR="00653465" w:rsidRDefault="00E830CB">
            <w:pPr>
              <w:spacing w:after="0"/>
            </w:pPr>
            <w:r>
              <w:t>☐</w:t>
            </w:r>
            <w:r>
              <w:t xml:space="preserve"> Gemeinden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2B2D27B1" w14:textId="77777777" w:rsidR="00653465" w:rsidRDefault="00E830CB">
            <w:pPr>
              <w:spacing w:after="0"/>
            </w:pPr>
            <w:r>
              <w:t>☐</w:t>
            </w:r>
            <w:r>
              <w:t xml:space="preserve"> Schulen</w:t>
            </w:r>
          </w:p>
        </w:tc>
      </w:tr>
      <w:tr w:rsidR="00653465" w14:paraId="4DADB3A2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22581E5C" w14:textId="77777777" w:rsidR="00653465" w:rsidRDefault="00E830CB">
            <w:pPr>
              <w:spacing w:after="0"/>
            </w:pPr>
            <w:r>
              <w:t>☐</w:t>
            </w:r>
            <w:r>
              <w:t xml:space="preserve"> Vereine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29917E79" w14:textId="77777777" w:rsidR="00653465" w:rsidRDefault="00E830CB">
            <w:pPr>
              <w:spacing w:after="0"/>
            </w:pPr>
            <w:r>
              <w:t>☐</w:t>
            </w:r>
            <w:r>
              <w:t xml:space="preserve"> regionale Betriebe</w:t>
            </w:r>
          </w:p>
        </w:tc>
      </w:tr>
      <w:tr w:rsidR="00653465" w14:paraId="75C62E42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1BD1393A" w14:textId="77777777" w:rsidR="00653465" w:rsidRDefault="00E830CB">
            <w:pPr>
              <w:spacing w:after="0"/>
            </w:pPr>
            <w:r>
              <w:t>☐</w:t>
            </w:r>
            <w:r>
              <w:t xml:space="preserve"> Tourismusorganisationen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448D24B6" w14:textId="77777777" w:rsidR="00653465" w:rsidRDefault="00E830CB">
            <w:pPr>
              <w:spacing w:after="0"/>
            </w:pPr>
            <w:r>
              <w:t>☐</w:t>
            </w:r>
            <w:r>
              <w:t xml:space="preserve"> Landwirtschaft</w:t>
            </w:r>
          </w:p>
        </w:tc>
      </w:tr>
      <w:tr w:rsidR="00653465" w14:paraId="4FF097B7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4EE99981" w14:textId="77777777" w:rsidR="00653465" w:rsidRDefault="00E830CB">
            <w:pPr>
              <w:spacing w:after="0"/>
            </w:pPr>
            <w:r>
              <w:t>☐</w:t>
            </w:r>
            <w:r>
              <w:t xml:space="preserve"> Grundeigentümer:innen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72B2C9B2" w14:textId="77777777" w:rsidR="00653465" w:rsidRDefault="00E830CB">
            <w:pPr>
              <w:spacing w:after="0"/>
            </w:pPr>
            <w:r>
              <w:t>☐</w:t>
            </w:r>
            <w:r>
              <w:t xml:space="preserve"> Jugendliche</w:t>
            </w:r>
          </w:p>
        </w:tc>
      </w:tr>
      <w:tr w:rsidR="00653465" w14:paraId="5053A1F4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5BF9309A" w14:textId="77777777" w:rsidR="00653465" w:rsidRDefault="00E830CB">
            <w:pPr>
              <w:spacing w:after="0"/>
            </w:pPr>
            <w:r>
              <w:t>☐</w:t>
            </w:r>
            <w:r>
              <w:t xml:space="preserve"> Senior:innen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01CA7E15" w14:textId="77777777" w:rsidR="00653465" w:rsidRDefault="00E830CB">
            <w:pPr>
              <w:spacing w:after="0"/>
            </w:pPr>
            <w:r>
              <w:t>☐</w:t>
            </w:r>
            <w:r>
              <w:t xml:space="preserve"> freiwillige Helfer:innen</w:t>
            </w:r>
          </w:p>
        </w:tc>
      </w:tr>
      <w:tr w:rsidR="00653465" w14:paraId="2423CF22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3378DB92" w14:textId="77777777" w:rsidR="00653465" w:rsidRDefault="00E830CB">
            <w:pPr>
              <w:spacing w:after="0"/>
            </w:pPr>
            <w:r>
              <w:t>☐</w:t>
            </w:r>
            <w:r>
              <w:t xml:space="preserve"> Expert:innen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3E8C36EC" w14:textId="77777777" w:rsidR="00653465" w:rsidRDefault="00E830CB">
            <w:pPr>
              <w:spacing w:after="0"/>
            </w:pPr>
            <w:r>
              <w:t>☐</w:t>
            </w:r>
            <w:r>
              <w:t xml:space="preserve"> Förderstellen</w:t>
            </w:r>
          </w:p>
        </w:tc>
      </w:tr>
      <w:tr w:rsidR="00653465" w14:paraId="5A414E08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0CCE0533" w14:textId="77777777" w:rsidR="00653465" w:rsidRDefault="00E830CB">
            <w:pPr>
              <w:spacing w:after="0"/>
            </w:pPr>
            <w:r>
              <w:t>☐</w:t>
            </w:r>
            <w:r>
              <w:t xml:space="preserve"> Sponsoren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56AA31B2" w14:textId="77777777" w:rsidR="00653465" w:rsidRDefault="00653465"/>
        </w:tc>
      </w:tr>
    </w:tbl>
    <w:p w14:paraId="165B76FB" w14:textId="77777777" w:rsidR="00653465" w:rsidRDefault="00653465">
      <w:pPr>
        <w:spacing w:after="40"/>
      </w:pPr>
    </w:p>
    <w:p w14:paraId="4DF02824" w14:textId="77777777" w:rsidR="00653465" w:rsidRDefault="00E830CB">
      <w:pPr>
        <w:pStyle w:val="Heading2Custom"/>
        <w:keepNext/>
      </w:pPr>
      <w:r>
        <w:t>Welche Partner:innen wären besonders wichtig?</w:t>
      </w:r>
    </w:p>
    <w:p w14:paraId="1140C652" w14:textId="77777777" w:rsidR="00653465" w:rsidRDefault="00E830CB">
      <w:pPr>
        <w:pStyle w:val="SmallHint"/>
        <w:keepNext/>
      </w:pPr>
      <w:r>
        <w:t>Nenne mögliche Personen, Betriebe, Vereine, Schulen, Gemeinden oder Organisationen und warum sie wichtig wären.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42ADEB43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04F813" w14:textId="77777777" w:rsidR="00653465" w:rsidRDefault="00E830CB">
            <w:pPr>
              <w:pStyle w:val="Placeholder"/>
            </w:pPr>
            <w:r>
              <w:t>Mögliche Partner:innen und ihre Rolle eintragen ...</w:t>
            </w:r>
          </w:p>
        </w:tc>
      </w:tr>
    </w:tbl>
    <w:p w14:paraId="252734A5" w14:textId="77777777" w:rsidR="00653465" w:rsidRDefault="00653465">
      <w:pPr>
        <w:spacing w:after="20"/>
      </w:pPr>
    </w:p>
    <w:p w14:paraId="6C1B6678" w14:textId="77777777" w:rsidR="00653465" w:rsidRDefault="00E830CB">
      <w:pPr>
        <w:pStyle w:val="Heading2Custom"/>
        <w:keepNext/>
      </w:pPr>
      <w:r>
        <w:t>Wer könnte die Idee später tragen oder betreuen?</w:t>
      </w:r>
    </w:p>
    <w:p w14:paraId="72370333" w14:textId="77777777" w:rsidR="00653465" w:rsidRDefault="00E830CB">
      <w:pPr>
        <w:pStyle w:val="SmallHint"/>
        <w:keepNext/>
      </w:pPr>
      <w:r>
        <w:t>Zum Beispiel ein Verein, eine Gemeinde, eine Projektgruppe, ein Betrieb oder eine Kooperation mehrerer Partner:innen.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0849539E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82B43D" w14:textId="77777777" w:rsidR="00653465" w:rsidRDefault="00E830CB">
            <w:pPr>
              <w:pStyle w:val="Placeholder"/>
            </w:pPr>
            <w:r>
              <w:t>Mögliche Trägerschaft / Betreuung beschreiben ...</w:t>
            </w:r>
          </w:p>
        </w:tc>
      </w:tr>
    </w:tbl>
    <w:p w14:paraId="00198482" w14:textId="77777777" w:rsidR="00653465" w:rsidRDefault="00653465">
      <w:pPr>
        <w:spacing w:after="20"/>
      </w:pPr>
    </w:p>
    <w:p w14:paraId="4D53E466" w14:textId="01699A94" w:rsidR="00653465" w:rsidRDefault="00502C20">
      <w:pPr>
        <w:pStyle w:val="Heading1Custom"/>
        <w:keepNext/>
      </w:pPr>
      <w:r>
        <w:t>5. Chancen, Stolpersteine und Lösungen</w:t>
      </w:r>
    </w:p>
    <w:p w14:paraId="266E0BE0" w14:textId="77777777" w:rsidR="00653465" w:rsidRDefault="00E830CB">
      <w:pPr>
        <w:pStyle w:val="SmallHint"/>
        <w:keepNext/>
      </w:pPr>
      <w:r>
        <w:t>Jede gute Idee hat Chancen und Herausforderungen. Beides hilft bei der Weiterentwicklung.</w:t>
      </w:r>
    </w:p>
    <w:p w14:paraId="66CA5CA6" w14:textId="77777777" w:rsidR="00653465" w:rsidRDefault="00E830CB">
      <w:pPr>
        <w:pStyle w:val="Heading2Custom"/>
        <w:keepNext/>
      </w:pPr>
      <w:r>
        <w:t>Was spricht besonders für die Umsetzung?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556CAED9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C51490F" w14:textId="77777777" w:rsidR="00653465" w:rsidRDefault="00E830CB">
            <w:pPr>
              <w:pStyle w:val="Placeholder"/>
            </w:pPr>
            <w:r>
              <w:t>Wichtigste Chancen und Stärken der Idee eintragen ...</w:t>
            </w:r>
          </w:p>
        </w:tc>
      </w:tr>
    </w:tbl>
    <w:p w14:paraId="457C91F9" w14:textId="77777777" w:rsidR="00653465" w:rsidRDefault="00653465">
      <w:pPr>
        <w:spacing w:after="20"/>
      </w:pPr>
    </w:p>
    <w:p w14:paraId="56F8E0D0" w14:textId="77777777" w:rsidR="00653465" w:rsidRDefault="00E830CB">
      <w:pPr>
        <w:pStyle w:val="Heading2Custom"/>
        <w:keepNext/>
      </w:pPr>
      <w:r>
        <w:t>Was könnte schwierig werden?</w:t>
      </w:r>
    </w:p>
    <w:p w14:paraId="24D55FDC" w14:textId="77777777" w:rsidR="00653465" w:rsidRDefault="00E830CB">
      <w:pPr>
        <w:pStyle w:val="SmallHint"/>
        <w:keepNext/>
      </w:pPr>
      <w:r>
        <w:t>Zum Beispiel Finanzierung, Genehmigungen, fehlende Partner:innen, laufender Betrieb, Nachfrage, Technik oder Personal.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17BC99D7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CB3BA9" w14:textId="77777777" w:rsidR="00653465" w:rsidRDefault="00E830CB">
            <w:pPr>
              <w:pStyle w:val="Placeholder"/>
            </w:pPr>
            <w:r>
              <w:t>Mögliche Stolpersteine eintragen ...</w:t>
            </w:r>
          </w:p>
        </w:tc>
      </w:tr>
    </w:tbl>
    <w:p w14:paraId="39667F9C" w14:textId="77777777" w:rsidR="00653465" w:rsidRDefault="00653465">
      <w:pPr>
        <w:spacing w:after="20"/>
      </w:pPr>
    </w:p>
    <w:p w14:paraId="2C3A477C" w14:textId="77777777" w:rsidR="00653465" w:rsidRDefault="00E830CB">
      <w:pPr>
        <w:pStyle w:val="Heading2Custom"/>
        <w:keepNext/>
      </w:pPr>
      <w:r>
        <w:t>Wie könnten diese Herausforderungen gelöst werden?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559113E0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D52248" w14:textId="77777777" w:rsidR="00653465" w:rsidRDefault="00E830CB">
            <w:pPr>
              <w:pStyle w:val="Placeholder"/>
            </w:pPr>
            <w:r>
              <w:t>Lösungsansätze oder Alternativen eintragen ...</w:t>
            </w:r>
          </w:p>
        </w:tc>
      </w:tr>
    </w:tbl>
    <w:p w14:paraId="15618FAE" w14:textId="36E57AD4" w:rsidR="00653465" w:rsidRDefault="00653465"/>
    <w:p w14:paraId="5AD1B1AB" w14:textId="232F5FA0" w:rsidR="00653465" w:rsidRDefault="00502C20">
      <w:pPr>
        <w:pStyle w:val="Heading1Custom"/>
        <w:keepNext/>
      </w:pPr>
      <w:r>
        <w:t>6. Zusammenfassung</w:t>
      </w:r>
    </w:p>
    <w:p w14:paraId="3999D473" w14:textId="77777777" w:rsidR="00653465" w:rsidRDefault="00E830CB">
      <w:pPr>
        <w:pStyle w:val="SmallHint"/>
        <w:keepNext/>
      </w:pPr>
      <w:r>
        <w:t>Fasse am Ende noch einmal zusammen, warum deine Idee weiterverfolgt werden sollte.</w:t>
      </w:r>
    </w:p>
    <w:p w14:paraId="5D7805C2" w14:textId="77777777" w:rsidR="00653465" w:rsidRDefault="00E830CB">
      <w:pPr>
        <w:pStyle w:val="Heading2Custom"/>
        <w:keepNext/>
      </w:pPr>
      <w:r>
        <w:t>Die drei wichtigsten Gründe für diese Idee</w:t>
      </w:r>
    </w:p>
    <w:p w14:paraId="6081D657" w14:textId="77777777" w:rsidR="00653465" w:rsidRDefault="00E830CB">
      <w:pPr>
        <w:pStyle w:val="SmallHint"/>
        <w:keepNext/>
      </w:pPr>
      <w:r>
        <w:t>Warum passt deine Idee gut zum Naturpark Almenland und warum sollte sie weitergedacht werden?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18C425F5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008B2E6" w14:textId="77777777" w:rsidR="00653465" w:rsidRDefault="00E830CB">
            <w:pPr>
              <w:pStyle w:val="Placeholder"/>
            </w:pPr>
            <w:r>
              <w:t>1. ...</w:t>
            </w:r>
            <w:r>
              <w:br/>
              <w:t>2. ...</w:t>
            </w:r>
            <w:r>
              <w:br/>
              <w:t>3. ...</w:t>
            </w:r>
          </w:p>
        </w:tc>
      </w:tr>
    </w:tbl>
    <w:p w14:paraId="37F0D9FB" w14:textId="77777777" w:rsidR="00653465" w:rsidRDefault="00653465">
      <w:pPr>
        <w:spacing w:after="20"/>
      </w:pPr>
    </w:p>
    <w:p w14:paraId="2DE751F2" w14:textId="77777777" w:rsidR="00653465" w:rsidRDefault="00E830CB">
      <w:pPr>
        <w:pStyle w:val="Heading1Custom"/>
        <w:keepNext/>
      </w:pPr>
      <w:r>
        <w:t>14. Ergänzende Unterlagen</w:t>
      </w:r>
    </w:p>
    <w:p w14:paraId="1E3F69A3" w14:textId="77777777" w:rsidR="00653465" w:rsidRDefault="00E830CB">
      <w:pPr>
        <w:pStyle w:val="SmallHint"/>
        <w:keepNext/>
      </w:pPr>
      <w:r>
        <w:t>Hier kannst du angeben, was du zusätzlich hochlädst oder beilegst.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89"/>
        <w:gridCol w:w="4989"/>
      </w:tblGrid>
      <w:tr w:rsidR="00653465" w14:paraId="49223FC0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01C458F4" w14:textId="77777777" w:rsidR="00653465" w:rsidRDefault="00E830CB">
            <w:pPr>
              <w:spacing w:after="0"/>
            </w:pPr>
            <w:r>
              <w:t>☐</w:t>
            </w:r>
            <w:r>
              <w:t xml:space="preserve"> Skizzen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649527BC" w14:textId="77777777" w:rsidR="00653465" w:rsidRDefault="00E830CB">
            <w:pPr>
              <w:spacing w:after="0"/>
            </w:pPr>
            <w:r>
              <w:t>☐</w:t>
            </w:r>
            <w:r>
              <w:t xml:space="preserve"> Fotos</w:t>
            </w:r>
          </w:p>
        </w:tc>
      </w:tr>
      <w:tr w:rsidR="00653465" w14:paraId="5FA69D41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41F47B2C" w14:textId="77777777" w:rsidR="00653465" w:rsidRDefault="00E830CB">
            <w:pPr>
              <w:spacing w:after="0"/>
            </w:pPr>
            <w:r>
              <w:t>☐</w:t>
            </w:r>
            <w:r>
              <w:t xml:space="preserve"> Pläne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5B261954" w14:textId="77777777" w:rsidR="00653465" w:rsidRDefault="00E830CB">
            <w:pPr>
              <w:spacing w:after="0"/>
            </w:pPr>
            <w:r>
              <w:t>☐</w:t>
            </w:r>
            <w:r>
              <w:t xml:space="preserve"> einfache Berechnungen</w:t>
            </w:r>
          </w:p>
        </w:tc>
      </w:tr>
      <w:tr w:rsidR="00653465" w14:paraId="16B5DF10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15EBBC7A" w14:textId="77777777" w:rsidR="00653465" w:rsidRDefault="00E830CB">
            <w:pPr>
              <w:spacing w:after="0"/>
            </w:pPr>
            <w:r>
              <w:t>☐</w:t>
            </w:r>
            <w:r>
              <w:t xml:space="preserve"> Beispiele aus anderen Regionen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0FAA6373" w14:textId="77777777" w:rsidR="00653465" w:rsidRDefault="00E830CB">
            <w:pPr>
              <w:spacing w:after="0"/>
            </w:pPr>
            <w:r>
              <w:t>☐</w:t>
            </w:r>
            <w:r>
              <w:t xml:space="preserve"> Links</w:t>
            </w:r>
          </w:p>
        </w:tc>
      </w:tr>
      <w:tr w:rsidR="00653465" w14:paraId="7A926F67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5A3B29B3" w14:textId="77777777" w:rsidR="00653465" w:rsidRDefault="00E830CB">
            <w:pPr>
              <w:spacing w:after="0"/>
            </w:pPr>
            <w:r>
              <w:t>☐</w:t>
            </w:r>
            <w:r>
              <w:t xml:space="preserve"> Präsentation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2ABB9D68" w14:textId="77777777" w:rsidR="00653465" w:rsidRDefault="00E830CB">
            <w:pPr>
              <w:spacing w:after="0"/>
            </w:pPr>
            <w:r>
              <w:t>☐</w:t>
            </w:r>
            <w:r>
              <w:t xml:space="preserve"> kurzes Video</w:t>
            </w:r>
          </w:p>
        </w:tc>
      </w:tr>
      <w:tr w:rsidR="00653465" w14:paraId="72AB25A2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5EC8AD57" w14:textId="77777777" w:rsidR="00653465" w:rsidRDefault="00E830CB">
            <w:pPr>
              <w:spacing w:after="0"/>
            </w:pPr>
            <w:r>
              <w:t>☐</w:t>
            </w:r>
            <w:r>
              <w:t xml:space="preserve"> Unterstützungszusagen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90" w:type="dxa"/>
              <w:bottom w:w="20" w:type="dxa"/>
              <w:right w:w="90" w:type="dxa"/>
            </w:tcMar>
          </w:tcPr>
          <w:p w14:paraId="53AEC43C" w14:textId="77777777" w:rsidR="00653465" w:rsidRDefault="00E830CB">
            <w:pPr>
              <w:spacing w:after="0"/>
            </w:pPr>
            <w:r>
              <w:t>☐</w:t>
            </w:r>
            <w:r>
              <w:t xml:space="preserve"> erste Angebote oder Kostenschätzungen</w:t>
            </w:r>
          </w:p>
        </w:tc>
      </w:tr>
    </w:tbl>
    <w:p w14:paraId="2ACFB103" w14:textId="77777777" w:rsidR="00653465" w:rsidRDefault="00653465">
      <w:pPr>
        <w:spacing w:after="40"/>
      </w:pPr>
    </w:p>
    <w:p w14:paraId="7CC68EFC" w14:textId="77777777" w:rsidR="00653465" w:rsidRDefault="00E830CB">
      <w:pPr>
        <w:pStyle w:val="Heading2Custom"/>
        <w:keepNext/>
      </w:pPr>
      <w:r>
        <w:t>Notizen zu den ergänzenden Unterlagen</w:t>
      </w:r>
    </w:p>
    <w:p w14:paraId="68686403" w14:textId="77777777" w:rsidR="00653465" w:rsidRDefault="00E830CB">
      <w:pPr>
        <w:pStyle w:val="SmallHint"/>
        <w:keepNext/>
      </w:pPr>
      <w:r>
        <w:t>Welche Unterlagen sind dabei und was zeigen sie?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653465" w14:paraId="13F46FA6" w14:textId="77777777">
        <w:trPr>
          <w:jc w:val="center"/>
        </w:trPr>
        <w:tc>
          <w:tcPr>
            <w:tcW w:w="99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D1BAB5" w14:textId="77777777" w:rsidR="00653465" w:rsidRDefault="00E830CB">
            <w:pPr>
              <w:pStyle w:val="Placeholder"/>
            </w:pPr>
            <w:r>
              <w:t>Notizen eintragen ...</w:t>
            </w:r>
          </w:p>
        </w:tc>
      </w:tr>
    </w:tbl>
    <w:p w14:paraId="236BE822" w14:textId="77777777" w:rsidR="00653465" w:rsidRDefault="00653465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8"/>
      </w:tblGrid>
      <w:tr w:rsidR="00653465" w14:paraId="2719D9F0" w14:textId="77777777">
        <w:trPr>
          <w:jc w:val="center"/>
        </w:trPr>
        <w:tc>
          <w:tcPr>
            <w:tcW w:w="9978" w:type="dxa"/>
            <w:tcBorders>
              <w:top w:val="single" w:sz="8" w:space="0" w:color="B7D2B1"/>
              <w:left w:val="single" w:sz="8" w:space="0" w:color="B7D2B1"/>
              <w:bottom w:val="single" w:sz="8" w:space="0" w:color="B7D2B1"/>
              <w:right w:val="single" w:sz="8" w:space="0" w:color="B7D2B1"/>
            </w:tcBorders>
            <w:shd w:val="clear" w:color="auto" w:fill="EAF3E8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7DB515FF" w14:textId="77777777" w:rsidR="00653465" w:rsidRDefault="00E830CB">
            <w:r>
              <w:t>Danke für deine Ausarbeitung! Mit dieser Vorlage hilfst du dabei, deine Idee für den Naturpark Almenland nicht nur sichtbar zu machen, sondern auch erste Schritte für eine mögliche Umsetzung mitzudenken.</w:t>
            </w:r>
          </w:p>
        </w:tc>
      </w:tr>
    </w:tbl>
    <w:p w14:paraId="25CAA13C" w14:textId="77777777" w:rsidR="00653465" w:rsidRDefault="00653465">
      <w:pPr>
        <w:spacing w:after="40"/>
      </w:pPr>
    </w:p>
    <w:sectPr w:rsidR="00653465" w:rsidSect="00034616">
      <w:headerReference w:type="default" r:id="rId8"/>
      <w:footerReference w:type="default" r:id="rId9"/>
      <w:pgSz w:w="11906" w:h="16838"/>
      <w:pgMar w:top="907" w:right="964" w:bottom="79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F845A" w14:textId="77777777" w:rsidR="00E830CB" w:rsidRDefault="00E830CB">
      <w:pPr>
        <w:spacing w:after="0" w:line="240" w:lineRule="auto"/>
      </w:pPr>
      <w:r>
        <w:separator/>
      </w:r>
    </w:p>
  </w:endnote>
  <w:endnote w:type="continuationSeparator" w:id="0">
    <w:p w14:paraId="148E63DA" w14:textId="77777777" w:rsidR="00E830CB" w:rsidRDefault="00E8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672CE" w14:textId="77777777" w:rsidR="00653465" w:rsidRDefault="00E830CB">
    <w:pPr>
      <w:pStyle w:val="Fuzeile"/>
      <w:jc w:val="center"/>
    </w:pPr>
    <w:proofErr w:type="spellStart"/>
    <w:r>
      <w:rPr>
        <w:color w:val="5A5A5A"/>
        <w:sz w:val="16"/>
      </w:rPr>
      <w:t>Naturpark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Almenland</w:t>
    </w:r>
    <w:proofErr w:type="spellEnd"/>
    <w:r>
      <w:rPr>
        <w:color w:val="5A5A5A"/>
        <w:sz w:val="16"/>
      </w:rPr>
      <w:t xml:space="preserve"> - Ideen </w:t>
    </w:r>
    <w:proofErr w:type="spellStart"/>
    <w:r>
      <w:rPr>
        <w:color w:val="5A5A5A"/>
        <w:sz w:val="16"/>
      </w:rPr>
      <w:t>weiterdenken</w:t>
    </w:r>
    <w:proofErr w:type="spellEnd"/>
    <w:r>
      <w:rPr>
        <w:color w:val="5A5A5A"/>
        <w:sz w:val="16"/>
      </w:rPr>
      <w:t xml:space="preserve"> und </w:t>
    </w:r>
    <w:proofErr w:type="spellStart"/>
    <w:r>
      <w:rPr>
        <w:color w:val="5A5A5A"/>
        <w:sz w:val="16"/>
      </w:rPr>
      <w:t>gemeinsam</w:t>
    </w:r>
    <w:proofErr w:type="spellEnd"/>
    <w:r>
      <w:rPr>
        <w:color w:val="5A5A5A"/>
        <w:sz w:val="16"/>
      </w:rPr>
      <w:t xml:space="preserve"> Zukunft gestalten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0E2FF" w14:textId="77777777" w:rsidR="00E830CB" w:rsidRDefault="00E830CB">
      <w:pPr>
        <w:spacing w:after="0" w:line="240" w:lineRule="auto"/>
      </w:pPr>
      <w:r>
        <w:separator/>
      </w:r>
    </w:p>
  </w:footnote>
  <w:footnote w:type="continuationSeparator" w:id="0">
    <w:p w14:paraId="12972C3C" w14:textId="77777777" w:rsidR="00E830CB" w:rsidRDefault="00E83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BC852" w14:textId="77777777" w:rsidR="00653465" w:rsidRDefault="00E830CB">
    <w:pPr>
      <w:pStyle w:val="Kopfzeile"/>
      <w:jc w:val="center"/>
    </w:pPr>
    <w:r>
      <w:rPr>
        <w:color w:val="5A5A5A"/>
        <w:sz w:val="17"/>
      </w:rPr>
      <w:t xml:space="preserve">Vorlage </w:t>
    </w:r>
    <w:proofErr w:type="spellStart"/>
    <w:r>
      <w:rPr>
        <w:color w:val="5A5A5A"/>
        <w:sz w:val="17"/>
      </w:rPr>
      <w:t>zur</w:t>
    </w:r>
    <w:proofErr w:type="spellEnd"/>
    <w:r>
      <w:rPr>
        <w:color w:val="5A5A5A"/>
        <w:sz w:val="17"/>
      </w:rPr>
      <w:t xml:space="preserve"> </w:t>
    </w:r>
    <w:proofErr w:type="spellStart"/>
    <w:r>
      <w:rPr>
        <w:color w:val="5A5A5A"/>
        <w:sz w:val="17"/>
      </w:rPr>
      <w:t>Ideenausarbeitung</w:t>
    </w:r>
    <w:proofErr w:type="spellEnd"/>
    <w:r>
      <w:rPr>
        <w:color w:val="5A5A5A"/>
        <w:sz w:val="17"/>
      </w:rPr>
      <w:t xml:space="preserve"> | </w:t>
    </w:r>
    <w:proofErr w:type="spellStart"/>
    <w:r>
      <w:rPr>
        <w:color w:val="5A5A5A"/>
        <w:sz w:val="17"/>
      </w:rPr>
      <w:t>Ideenwettbewerb</w:t>
    </w:r>
    <w:proofErr w:type="spellEnd"/>
    <w:r>
      <w:rPr>
        <w:color w:val="5A5A5A"/>
        <w:sz w:val="17"/>
      </w:rPr>
      <w:t xml:space="preserve"> </w:t>
    </w:r>
    <w:proofErr w:type="spellStart"/>
    <w:r>
      <w:rPr>
        <w:color w:val="5A5A5A"/>
        <w:sz w:val="17"/>
      </w:rPr>
      <w:t>Naturpark</w:t>
    </w:r>
    <w:proofErr w:type="spellEnd"/>
    <w:r>
      <w:rPr>
        <w:color w:val="5A5A5A"/>
        <w:sz w:val="17"/>
      </w:rPr>
      <w:t xml:space="preserve"> </w:t>
    </w:r>
    <w:proofErr w:type="spellStart"/>
    <w:r>
      <w:rPr>
        <w:color w:val="5A5A5A"/>
        <w:sz w:val="17"/>
      </w:rPr>
      <w:t>Almenland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1698687">
    <w:abstractNumId w:val="8"/>
  </w:num>
  <w:num w:numId="2" w16cid:durableId="1250120761">
    <w:abstractNumId w:val="6"/>
  </w:num>
  <w:num w:numId="3" w16cid:durableId="1532721455">
    <w:abstractNumId w:val="5"/>
  </w:num>
  <w:num w:numId="4" w16cid:durableId="948971928">
    <w:abstractNumId w:val="4"/>
  </w:num>
  <w:num w:numId="5" w16cid:durableId="1517617340">
    <w:abstractNumId w:val="7"/>
  </w:num>
  <w:num w:numId="6" w16cid:durableId="65736692">
    <w:abstractNumId w:val="3"/>
  </w:num>
  <w:num w:numId="7" w16cid:durableId="576208342">
    <w:abstractNumId w:val="2"/>
  </w:num>
  <w:num w:numId="8" w16cid:durableId="571474366">
    <w:abstractNumId w:val="1"/>
  </w:num>
  <w:num w:numId="9" w16cid:durableId="1503735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67314"/>
    <w:rsid w:val="00502C20"/>
    <w:rsid w:val="00653465"/>
    <w:rsid w:val="009C6649"/>
    <w:rsid w:val="00AA1D8D"/>
    <w:rsid w:val="00B47730"/>
    <w:rsid w:val="00CB0664"/>
    <w:rsid w:val="00CB7DB9"/>
    <w:rsid w:val="00D5561C"/>
    <w:rsid w:val="00E830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551B8"/>
  <w14:defaultImageDpi w14:val="300"/>
  <w15:docId w15:val="{A9ED7120-83F5-8D47-8FF1-FA174405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80" w:line="252" w:lineRule="auto"/>
    </w:pPr>
    <w:rPr>
      <w:rFonts w:ascii="Aptos" w:eastAsia="Aptos" w:hAnsi="Aptos"/>
      <w:color w:val="2D2D2D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Green">
    <w:name w:val="TitleGreen"/>
    <w:pPr>
      <w:spacing w:after="120" w:line="252" w:lineRule="auto"/>
    </w:pPr>
    <w:rPr>
      <w:rFonts w:ascii="Aptos" w:eastAsia="Aptos" w:hAnsi="Aptos"/>
      <w:b/>
      <w:color w:val="396340"/>
      <w:sz w:val="44"/>
    </w:rPr>
  </w:style>
  <w:style w:type="paragraph" w:customStyle="1" w:styleId="SubtitleGreen">
    <w:name w:val="SubtitleGreen"/>
    <w:pPr>
      <w:spacing w:after="160" w:line="252" w:lineRule="auto"/>
    </w:pPr>
    <w:rPr>
      <w:rFonts w:ascii="Aptos" w:eastAsia="Aptos" w:hAnsi="Aptos"/>
      <w:color w:val="396340"/>
      <w:sz w:val="24"/>
    </w:rPr>
  </w:style>
  <w:style w:type="paragraph" w:customStyle="1" w:styleId="Heading1Custom">
    <w:name w:val="Heading1Custom"/>
    <w:pPr>
      <w:spacing w:before="200" w:after="60" w:line="252" w:lineRule="auto"/>
    </w:pPr>
    <w:rPr>
      <w:rFonts w:ascii="Aptos" w:eastAsia="Aptos" w:hAnsi="Aptos"/>
      <w:b/>
      <w:color w:val="396340"/>
      <w:sz w:val="28"/>
    </w:rPr>
  </w:style>
  <w:style w:type="paragraph" w:customStyle="1" w:styleId="Heading2Custom">
    <w:name w:val="Heading2Custom"/>
    <w:pPr>
      <w:spacing w:before="80" w:after="40" w:line="252" w:lineRule="auto"/>
    </w:pPr>
    <w:rPr>
      <w:rFonts w:ascii="Aptos" w:eastAsia="Aptos" w:hAnsi="Aptos"/>
      <w:b/>
      <w:color w:val="2D2D2D"/>
      <w:sz w:val="21"/>
    </w:rPr>
  </w:style>
  <w:style w:type="paragraph" w:customStyle="1" w:styleId="SmallHint">
    <w:name w:val="SmallHint"/>
    <w:pPr>
      <w:spacing w:after="60" w:line="252" w:lineRule="auto"/>
    </w:pPr>
    <w:rPr>
      <w:rFonts w:ascii="Aptos" w:eastAsia="Aptos" w:hAnsi="Aptos"/>
      <w:color w:val="5A5A5A"/>
      <w:sz w:val="17"/>
    </w:rPr>
  </w:style>
  <w:style w:type="paragraph" w:customStyle="1" w:styleId="Placeholder">
    <w:name w:val="Placeholder"/>
    <w:pPr>
      <w:spacing w:after="40" w:line="252" w:lineRule="auto"/>
    </w:pPr>
    <w:rPr>
      <w:rFonts w:ascii="Aptos" w:eastAsia="Aptos" w:hAnsi="Aptos"/>
      <w:color w:val="5A5A5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4036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zur Ideenausarbeitung - Ideenwettbewerb Naturpark Almenland</dc:title>
  <dc:subject>Download-Vorlage für die detaillierte Erklärung einer Idee</dc:subject>
  <dc:creator>Sylvia Frank</dc:creator>
  <cp:keywords>Ideenwettbewerb, Naturpark Almenland, Ideenausarbeitung, Vorlage</cp:keywords>
  <dc:description/>
  <cp:lastModifiedBy>Sylvia Frank</cp:lastModifiedBy>
  <cp:revision>2</cp:revision>
  <cp:lastPrinted>2026-06-17T05:50:00Z</cp:lastPrinted>
  <dcterms:created xsi:type="dcterms:W3CDTF">2026-06-17T05:51:00Z</dcterms:created>
  <dcterms:modified xsi:type="dcterms:W3CDTF">2026-06-17T05:51:00Z</dcterms:modified>
  <cp:category/>
</cp:coreProperties>
</file>